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AF650" w14:textId="77777777" w:rsidR="00850029" w:rsidRDefault="00000000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3528953" wp14:editId="706B3234">
            <wp:simplePos x="0" y="0"/>
            <wp:positionH relativeFrom="column">
              <wp:posOffset>1943100</wp:posOffset>
            </wp:positionH>
            <wp:positionV relativeFrom="paragraph">
              <wp:posOffset>-1904</wp:posOffset>
            </wp:positionV>
            <wp:extent cx="1666875" cy="2006424"/>
            <wp:effectExtent l="0" t="0" r="0" b="0"/>
            <wp:wrapNone/>
            <wp:docPr id="2" name="image1.jpg" descr="C:\Users\IC CMRU\Desktop\20071030_logocmr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IC CMRU\Desktop\20071030_logocmru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064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F84C0E" w14:textId="77777777" w:rsidR="00850029" w:rsidRDefault="00850029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198A8BA1" w14:textId="77777777" w:rsidR="00850029" w:rsidRDefault="00850029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731B7175" w14:textId="77777777" w:rsidR="00850029" w:rsidRDefault="00850029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7EDC8AC3" w14:textId="77777777" w:rsidR="00850029" w:rsidRDefault="00850029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DC46561" w14:textId="77777777" w:rsidR="00850029" w:rsidRDefault="00850029">
      <w:pPr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227234E6" w14:textId="77777777" w:rsidR="0085002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Cooperative Education Training Report</w:t>
      </w:r>
    </w:p>
    <w:p w14:paraId="12641C5F" w14:textId="77777777" w:rsidR="0085002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Siam Rice Cooking School</w:t>
      </w:r>
    </w:p>
    <w:p w14:paraId="25A1208F" w14:textId="77777777" w:rsidR="00850029" w:rsidRDefault="00850029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316AE2B2" w14:textId="77777777" w:rsidR="00850029" w:rsidRDefault="0085002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C878AD9" w14:textId="77777777" w:rsidR="0085002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Miss </w:t>
      </w:r>
      <w:proofErr w:type="spellStart"/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Ansaya</w:t>
      </w:r>
      <w:proofErr w:type="spellEnd"/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Sukhongtong</w:t>
      </w:r>
      <w:proofErr w:type="spellEnd"/>
    </w:p>
    <w:p w14:paraId="26E68BEA" w14:textId="77777777" w:rsidR="0085002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Student Number 55628027</w:t>
      </w:r>
    </w:p>
    <w:p w14:paraId="759244D4" w14:textId="77777777" w:rsidR="0085002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English for International Communication</w:t>
      </w:r>
    </w:p>
    <w:p w14:paraId="3AB36F93" w14:textId="77777777" w:rsidR="00850029" w:rsidRDefault="008500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7027063D" w14:textId="77777777" w:rsidR="00B711AB" w:rsidRDefault="00B711A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0CC331F" w14:textId="77777777" w:rsidR="00850029" w:rsidRDefault="0085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4D1E224" w14:textId="77777777" w:rsidR="0085002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This report is a part of COOP 4801 </w:t>
      </w:r>
    </w:p>
    <w:p w14:paraId="02DD2333" w14:textId="77777777" w:rsidR="0085002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Cooperative Education</w:t>
      </w:r>
    </w:p>
    <w:p w14:paraId="789BFDC4" w14:textId="77777777" w:rsidR="00850029" w:rsidRDefault="0085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</w:p>
    <w:p w14:paraId="136348C9" w14:textId="17F91059" w:rsidR="00850029" w:rsidRPr="00AB194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B1949">
        <w:rPr>
          <w:rFonts w:ascii="Times New Roman" w:eastAsia="Times New Roman" w:hAnsi="Times New Roman" w:cs="Times New Roman"/>
          <w:b/>
          <w:bCs/>
          <w:sz w:val="36"/>
          <w:szCs w:val="36"/>
        </w:rPr>
        <w:t>Second Semester, Academic Year 202</w:t>
      </w:r>
      <w:r w:rsidR="00AB1949" w:rsidRPr="00AB1949">
        <w:rPr>
          <w:rFonts w:ascii="Times New Roman" w:eastAsia="Times New Roman" w:hAnsi="Times New Roman" w:cs="Times New Roman"/>
          <w:b/>
          <w:bCs/>
          <w:sz w:val="36"/>
          <w:szCs w:val="36"/>
          <w:cs/>
        </w:rPr>
        <w:t>6</w:t>
      </w:r>
    </w:p>
    <w:p w14:paraId="62EC05E2" w14:textId="77777777" w:rsidR="00850029" w:rsidRDefault="00000000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International College, </w:t>
      </w:r>
    </w:p>
    <w:p w14:paraId="13AA9827" w14:textId="77777777" w:rsidR="00850029" w:rsidRDefault="00000000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Chiang Mai Rajabhat University</w:t>
      </w:r>
    </w:p>
    <w:p w14:paraId="129BDCF9" w14:textId="77777777" w:rsidR="00850029" w:rsidRDefault="00850029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78F6E8" w14:textId="77777777" w:rsidR="00850029" w:rsidRDefault="00000000" w:rsidP="00B711A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Acknowledgement</w:t>
      </w:r>
    </w:p>
    <w:p w14:paraId="3BA4C978" w14:textId="73DF2594" w:rsidR="00850029" w:rsidRDefault="00000000" w:rsidP="00B711AB">
      <w:pPr>
        <w:spacing w:after="0" w:line="360" w:lineRule="auto"/>
        <w:ind w:firstLine="72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711AB">
        <w:rPr>
          <w:rFonts w:ascii="Times New Roman" w:eastAsia="Times New Roman" w:hAnsi="Times New Roman" w:cs="Times New Roman"/>
          <w:sz w:val="24"/>
          <w:szCs w:val="24"/>
        </w:rPr>
        <w:t>..........................................</w:t>
      </w:r>
    </w:p>
    <w:p w14:paraId="3BD1DA5C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B2D196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1F6359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3330EA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E843EB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827014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1283B6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53ABCB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F259F3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717288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43882D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CBE5BD" w14:textId="77777777" w:rsidR="00850029" w:rsidRDefault="00850029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3950C4" w14:textId="77777777" w:rsidR="00850029" w:rsidRDefault="00000000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Ansaya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Sukhongtong</w:t>
      </w:r>
      <w:proofErr w:type="spellEnd"/>
    </w:p>
    <w:p w14:paraId="47DC1F28" w14:textId="77777777" w:rsidR="00850029" w:rsidRDefault="00850029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2A424F6" w14:textId="77777777" w:rsidR="00850029" w:rsidRDefault="00850029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E2ACCA1" w14:textId="77777777" w:rsidR="00850029" w:rsidRDefault="00850029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AF91F78" w14:textId="77777777" w:rsidR="00850029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Table of Content</w:t>
      </w:r>
    </w:p>
    <w:p w14:paraId="22391669" w14:textId="77777777" w:rsidR="00850029" w:rsidRDefault="0000000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Contents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Page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</w:t>
      </w:r>
    </w:p>
    <w:p w14:paraId="031D8F7E" w14:textId="77777777" w:rsidR="00850029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Acknowledgement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201683FB" w14:textId="77777777" w:rsidR="00850029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1AB">
        <w:rPr>
          <w:rFonts w:ascii="Times New Roman" w:eastAsia="Times New Roman" w:hAnsi="Times New Roman" w:cs="Times New Roman"/>
          <w:b/>
          <w:bCs/>
          <w:sz w:val="24"/>
          <w:szCs w:val="24"/>
        </w:rPr>
        <w:t>Table of content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</w:t>
      </w:r>
    </w:p>
    <w:p w14:paraId="1AD1F84C" w14:textId="77777777" w:rsidR="00850029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Chapter 1 Introduction</w:t>
      </w:r>
    </w:p>
    <w:p w14:paraId="0AF95DAB" w14:textId="56FF8D98" w:rsidR="00B711AB" w:rsidRPr="00B711AB" w:rsidRDefault="00B711AB" w:rsidP="00B711AB">
      <w:pPr>
        <w:pStyle w:val="ListBullet"/>
        <w:numPr>
          <w:ilvl w:val="0"/>
          <w:numId w:val="0"/>
        </w:numPr>
        <w:spacing w:after="60" w:line="360" w:lineRule="auto"/>
        <w:ind w:left="360"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>1.1 Rationale &amp; Background of the CO-OP Training</w:t>
      </w:r>
    </w:p>
    <w:p w14:paraId="1B8B1DCC" w14:textId="24E7EF7D" w:rsidR="00B711AB" w:rsidRPr="00B711AB" w:rsidRDefault="00B711AB" w:rsidP="00B711AB">
      <w:pPr>
        <w:spacing w:after="60" w:line="36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>1.2 Objectives of CO-OP Training</w:t>
      </w:r>
    </w:p>
    <w:p w14:paraId="4302E92F" w14:textId="77777777" w:rsidR="00B711AB" w:rsidRPr="00B711AB" w:rsidRDefault="00B711AB" w:rsidP="00B711AB">
      <w:pPr>
        <w:spacing w:after="60" w:line="36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>1.3 Organization Background:</w:t>
      </w:r>
    </w:p>
    <w:p w14:paraId="61B89440" w14:textId="70DB5E22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Company Profile: </w:t>
      </w:r>
    </w:p>
    <w:p w14:paraId="011C55D6" w14:textId="2AB72262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Organizational Structure: </w:t>
      </w:r>
    </w:p>
    <w:p w14:paraId="3715AC83" w14:textId="4EAECFF5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Department Profile: </w:t>
      </w:r>
    </w:p>
    <w:p w14:paraId="6D69F60D" w14:textId="77777777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</w:p>
    <w:p w14:paraId="4F8660D6" w14:textId="5587F927" w:rsidR="00850029" w:rsidRDefault="00000000" w:rsidP="00B711AB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Chapter 2 Information of the Organization</w:t>
      </w:r>
    </w:p>
    <w:p w14:paraId="16EE92D7" w14:textId="37A6F801" w:rsidR="00B711AB" w:rsidRPr="00B711AB" w:rsidRDefault="00B711AB" w:rsidP="00B711AB">
      <w:pPr>
        <w:spacing w:after="60" w:line="360" w:lineRule="auto"/>
        <w:ind w:left="360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>2.1 Main Position &amp; Core Responsibilities:</w:t>
      </w:r>
    </w:p>
    <w:p w14:paraId="07EF2CBC" w14:textId="721129F2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Job Title &amp; Role: </w:t>
      </w:r>
    </w:p>
    <w:p w14:paraId="7D93DA0C" w14:textId="1783248C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Primary Duties: </w:t>
      </w:r>
    </w:p>
    <w:p w14:paraId="35AACFBA" w14:textId="1D1DDD9D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Workflow &amp; Process: </w:t>
      </w:r>
    </w:p>
    <w:p w14:paraId="0693C5EE" w14:textId="22F4309A" w:rsidR="00B711AB" w:rsidRPr="00B711AB" w:rsidRDefault="00B711AB" w:rsidP="00B711AB">
      <w:pPr>
        <w:spacing w:after="0" w:line="36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 xml:space="preserve">2.2 Secondary Duties &amp; Special Assignments: </w:t>
      </w:r>
    </w:p>
    <w:p w14:paraId="5F64902D" w14:textId="77777777" w:rsidR="00B711AB" w:rsidRPr="00B711AB" w:rsidRDefault="00B711AB" w:rsidP="00B711AB">
      <w:pPr>
        <w:spacing w:before="240" w:after="0" w:line="360" w:lineRule="auto"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>Chapter 3: Cooperative Education Project</w:t>
      </w:r>
    </w:p>
    <w:p w14:paraId="2FFBFBF8" w14:textId="0F272176" w:rsidR="00B711AB" w:rsidRPr="00B711AB" w:rsidRDefault="00B711AB" w:rsidP="00B711AB">
      <w:pPr>
        <w:spacing w:after="0" w:line="36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 xml:space="preserve">3.1 Rationale &amp; Background of the Project: </w:t>
      </w:r>
    </w:p>
    <w:p w14:paraId="70FE369A" w14:textId="6B3B5945" w:rsidR="00B711AB" w:rsidRPr="00B711AB" w:rsidRDefault="00B711AB" w:rsidP="00B711AB">
      <w:pPr>
        <w:spacing w:after="0" w:line="36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 xml:space="preserve">3.2 Objectives of the Project: </w:t>
      </w:r>
    </w:p>
    <w:p w14:paraId="6381A628" w14:textId="77777777" w:rsidR="00B711AB" w:rsidRPr="00B711AB" w:rsidRDefault="00B711AB" w:rsidP="00B711AB">
      <w:pPr>
        <w:spacing w:after="0" w:line="36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>3.3 Methodology &amp; Execution Procedures:</w:t>
      </w:r>
    </w:p>
    <w:p w14:paraId="7FD0423D" w14:textId="5EDCAF1D" w:rsidR="00B711AB" w:rsidRPr="00B711AB" w:rsidRDefault="00B711AB" w:rsidP="00B711AB">
      <w:pPr>
        <w:tabs>
          <w:tab w:val="num" w:pos="720"/>
        </w:tabs>
        <w:spacing w:after="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Timeline &amp; Planning: </w:t>
      </w:r>
    </w:p>
    <w:p w14:paraId="738A2C12" w14:textId="5336DFE6" w:rsidR="00B711AB" w:rsidRPr="00B711AB" w:rsidRDefault="00B711AB" w:rsidP="00B711AB">
      <w:pPr>
        <w:tabs>
          <w:tab w:val="num" w:pos="720"/>
        </w:tabs>
        <w:spacing w:after="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Execution Details: </w:t>
      </w:r>
    </w:p>
    <w:p w14:paraId="16C9AFF1" w14:textId="7B3857C3" w:rsidR="00B711AB" w:rsidRPr="00B711AB" w:rsidRDefault="00B711AB" w:rsidP="00B711AB">
      <w:pPr>
        <w:spacing w:after="0" w:line="36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 xml:space="preserve">3.4 Project Results &amp; Stakeholder Feedback: </w:t>
      </w:r>
    </w:p>
    <w:p w14:paraId="526F7EB3" w14:textId="3B8BD28B" w:rsidR="00B711AB" w:rsidRDefault="00B711AB" w:rsidP="00B711AB">
      <w:pPr>
        <w:spacing w:after="0" w:line="360" w:lineRule="auto"/>
        <w:ind w:left="360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 xml:space="preserve">3.5 Application of Academic Knowledge to the Project: </w:t>
      </w:r>
    </w:p>
    <w:p w14:paraId="537A2FEE" w14:textId="77777777" w:rsidR="00B711AB" w:rsidRPr="00B711AB" w:rsidRDefault="00B711AB" w:rsidP="00B711AB">
      <w:pPr>
        <w:spacing w:after="0" w:line="36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</w:p>
    <w:p w14:paraId="68482B0A" w14:textId="77777777" w:rsidR="00B711AB" w:rsidRPr="00B711AB" w:rsidRDefault="00B711AB" w:rsidP="00B711AB">
      <w:pPr>
        <w:spacing w:before="240" w:after="80"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lastRenderedPageBreak/>
        <w:t>Chapter 4: Conclusion &amp; Self-Reflection</w:t>
      </w:r>
    </w:p>
    <w:p w14:paraId="33A813D2" w14:textId="77777777" w:rsidR="00B711AB" w:rsidRPr="00B711AB" w:rsidRDefault="00B711AB" w:rsidP="00B711AB">
      <w:pPr>
        <w:spacing w:after="60" w:line="36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>4.1 Self-Reflection &amp; Learning Outcomes:</w:t>
      </w:r>
    </w:p>
    <w:p w14:paraId="520D3C6D" w14:textId="0EADDA7F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Application of Knowledge: </w:t>
      </w:r>
    </w:p>
    <w:p w14:paraId="60D3F2F8" w14:textId="1C589DE3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Knowledge Gained: </w:t>
      </w:r>
    </w:p>
    <w:p w14:paraId="3E1CF7F9" w14:textId="5424A19B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Application of Skills: </w:t>
      </w:r>
    </w:p>
    <w:p w14:paraId="7861EA2A" w14:textId="7A060617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Skills Gained: </w:t>
      </w:r>
    </w:p>
    <w:p w14:paraId="5F613DE0" w14:textId="5CF33A07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 xml:space="preserve">Challenges &amp; Solutions: </w:t>
      </w:r>
    </w:p>
    <w:p w14:paraId="308F9484" w14:textId="77777777" w:rsidR="00B711AB" w:rsidRPr="00B711AB" w:rsidRDefault="00B711AB" w:rsidP="00B711AB">
      <w:pPr>
        <w:spacing w:after="60" w:line="36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/>
          <w:sz w:val="24"/>
          <w:szCs w:val="24"/>
          <w:lang w:val="en-US" w:bidi="ar-SA"/>
        </w:rPr>
        <w:t>4.2 Recommendations &amp; Suggestions:</w:t>
      </w:r>
    </w:p>
    <w:p w14:paraId="0F415323" w14:textId="288A4E86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For Academic Institution: </w:t>
      </w:r>
    </w:p>
    <w:p w14:paraId="581F2E9E" w14:textId="7932AFAC" w:rsidR="00B711AB" w:rsidRPr="00B711AB" w:rsidRDefault="00B711AB" w:rsidP="00B711AB">
      <w:pPr>
        <w:tabs>
          <w:tab w:val="num" w:pos="720"/>
        </w:tabs>
        <w:spacing w:after="40" w:line="360" w:lineRule="auto"/>
        <w:ind w:left="720" w:hanging="360"/>
        <w:contextualSpacing/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</w:pPr>
      <w:r w:rsidRPr="00B711AB">
        <w:rPr>
          <w:rFonts w:ascii="Times New Roman" w:eastAsiaTheme="minorEastAsia" w:hAnsi="Times New Roman" w:cs="Times New Roman"/>
          <w:bCs/>
          <w:sz w:val="24"/>
          <w:szCs w:val="24"/>
          <w:lang w:val="en-US" w:bidi="ar-SA"/>
        </w:rPr>
        <w:t xml:space="preserve">For Future Students: </w:t>
      </w:r>
    </w:p>
    <w:p w14:paraId="5FF872CD" w14:textId="77777777" w:rsidR="00850029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References</w:t>
      </w:r>
    </w:p>
    <w:p w14:paraId="59590B99" w14:textId="77777777" w:rsidR="00850029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Appendix</w:t>
      </w:r>
    </w:p>
    <w:p w14:paraId="481EC05A" w14:textId="77777777" w:rsidR="00850029" w:rsidRDefault="0085002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853A32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E53171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4C60EC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5585DD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E7EB69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8641D1E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3006A12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217C4A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EDAB9A7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C9810B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57D922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ED746B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F860579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5CCB7A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E12132" w14:textId="77777777" w:rsidR="00B711AB" w:rsidRPr="00F83554" w:rsidRDefault="00B711AB" w:rsidP="00B711AB">
      <w:pPr>
        <w:jc w:val="center"/>
        <w:rPr>
          <w:rFonts w:ascii="Times New Roman" w:hAnsi="Times New Roman" w:cs="Angsana New"/>
          <w:b/>
          <w:sz w:val="28"/>
          <w:szCs w:val="35"/>
        </w:rPr>
      </w:pPr>
      <w:r w:rsidRPr="00F835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COOPERATIVE EDUCATION </w:t>
      </w:r>
      <w:r>
        <w:rPr>
          <w:rFonts w:ascii="Times New Roman" w:hAnsi="Times New Roman" w:cs="Angsana New"/>
          <w:b/>
          <w:sz w:val="28"/>
          <w:szCs w:val="35"/>
        </w:rPr>
        <w:t>TRAINING</w:t>
      </w:r>
    </w:p>
    <w:p w14:paraId="4AC323ED" w14:textId="77777777" w:rsidR="00B711AB" w:rsidRPr="00F83554" w:rsidRDefault="00B711AB" w:rsidP="00B711AB">
      <w:pPr>
        <w:jc w:val="center"/>
        <w:rPr>
          <w:rFonts w:ascii="Times New Roman" w:hAnsi="Times New Roman" w:cs="Times New Roman"/>
          <w:sz w:val="28"/>
          <w:szCs w:val="28"/>
        </w:rPr>
      </w:pPr>
      <w:r w:rsidRPr="00F83554">
        <w:rPr>
          <w:rFonts w:ascii="Times New Roman" w:hAnsi="Times New Roman" w:cs="Times New Roman"/>
          <w:b/>
          <w:sz w:val="28"/>
          <w:szCs w:val="28"/>
        </w:rPr>
        <w:t>REPORT GUIDELINES</w:t>
      </w:r>
      <w:r w:rsidRPr="00F83554">
        <w:rPr>
          <w:rFonts w:ascii="Times New Roman" w:hAnsi="Times New Roman" w:cs="Times New Roman"/>
          <w:b/>
          <w:sz w:val="28"/>
          <w:szCs w:val="28"/>
        </w:rPr>
        <w:br/>
      </w:r>
    </w:p>
    <w:p w14:paraId="50A73336" w14:textId="77777777" w:rsidR="00B711AB" w:rsidRPr="00F83554" w:rsidRDefault="00B711AB" w:rsidP="00B711AB">
      <w:pPr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>Chapter 1: Introduction</w:t>
      </w:r>
    </w:p>
    <w:p w14:paraId="3964802D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1.1 Rationale &amp; Background of the CO-OP Training: </w:t>
      </w:r>
      <w:r w:rsidRPr="00F83554">
        <w:rPr>
          <w:rFonts w:ascii="Times New Roman" w:hAnsi="Times New Roman" w:cs="Times New Roman"/>
          <w:sz w:val="24"/>
          <w:szCs w:val="24"/>
        </w:rPr>
        <w:t>Explain the purpose of cooperative education within your academic curriculum and why practical industry experience is necessary to complement classroom learning.</w:t>
      </w:r>
    </w:p>
    <w:p w14:paraId="5F9604DB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1.2 Objectives of CO-OP Training: </w:t>
      </w:r>
      <w:r w:rsidRPr="00F83554">
        <w:rPr>
          <w:rFonts w:ascii="Times New Roman" w:hAnsi="Times New Roman" w:cs="Times New Roman"/>
          <w:sz w:val="24"/>
          <w:szCs w:val="24"/>
        </w:rPr>
        <w:t>List 3–5 primary goals (e.g., skill acquisition, professional networking, practical application of theory).</w:t>
      </w:r>
    </w:p>
    <w:p w14:paraId="19451C7A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>1.3 Organization Background:</w:t>
      </w:r>
    </w:p>
    <w:p w14:paraId="0B6242C6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Company Profile: </w:t>
      </w:r>
      <w:r w:rsidRPr="00F83554">
        <w:rPr>
          <w:rFonts w:ascii="Times New Roman" w:hAnsi="Times New Roman" w:cs="Times New Roman"/>
          <w:sz w:val="24"/>
          <w:szCs w:val="24"/>
        </w:rPr>
        <w:t>Official name, location, history, vision, mission, and core operational values.</w:t>
      </w:r>
    </w:p>
    <w:p w14:paraId="53A86039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Organizational Structure: </w:t>
      </w:r>
      <w:r w:rsidRPr="00F83554">
        <w:rPr>
          <w:rFonts w:ascii="Times New Roman" w:hAnsi="Times New Roman" w:cs="Times New Roman"/>
          <w:sz w:val="24"/>
          <w:szCs w:val="24"/>
        </w:rPr>
        <w:t>Organizational chart illustrating major departments.</w:t>
      </w:r>
    </w:p>
    <w:p w14:paraId="7D8050AE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Department Profile: </w:t>
      </w:r>
      <w:r w:rsidRPr="00F83554">
        <w:rPr>
          <w:rFonts w:ascii="Times New Roman" w:hAnsi="Times New Roman" w:cs="Times New Roman"/>
          <w:sz w:val="24"/>
          <w:szCs w:val="24"/>
        </w:rPr>
        <w:t>Detail the specific unit or team where you were assigned.</w:t>
      </w:r>
    </w:p>
    <w:p w14:paraId="3EA42B95" w14:textId="77777777" w:rsidR="00B711AB" w:rsidRPr="00F83554" w:rsidRDefault="00B711AB" w:rsidP="00B711AB">
      <w:pPr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>Chapter 2: Job Descriptions &amp; Responsibilities</w:t>
      </w:r>
    </w:p>
    <w:p w14:paraId="3B28BD15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>2.1 Main Position &amp; Core Responsibilities:</w:t>
      </w:r>
    </w:p>
    <w:p w14:paraId="24EAB32F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Job Title &amp; Role: </w:t>
      </w:r>
      <w:r w:rsidRPr="00F83554">
        <w:rPr>
          <w:rFonts w:ascii="Times New Roman" w:hAnsi="Times New Roman" w:cs="Times New Roman"/>
          <w:sz w:val="24"/>
          <w:szCs w:val="24"/>
        </w:rPr>
        <w:t>Specify your official position and direct reporting line.</w:t>
      </w:r>
    </w:p>
    <w:p w14:paraId="5AE8E2C5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Primary Duties: </w:t>
      </w:r>
      <w:r w:rsidRPr="00F83554">
        <w:rPr>
          <w:rFonts w:ascii="Times New Roman" w:hAnsi="Times New Roman" w:cs="Times New Roman"/>
          <w:sz w:val="24"/>
          <w:szCs w:val="24"/>
        </w:rPr>
        <w:t>Detail routine daily, weekly, and monthly tasks using precise action verbs (managed, analyzed, developed, coordinated).</w:t>
      </w:r>
    </w:p>
    <w:p w14:paraId="33509175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Workflow &amp; Process: </w:t>
      </w:r>
      <w:r w:rsidRPr="00F83554">
        <w:rPr>
          <w:rFonts w:ascii="Times New Roman" w:hAnsi="Times New Roman" w:cs="Times New Roman"/>
          <w:sz w:val="24"/>
          <w:szCs w:val="24"/>
        </w:rPr>
        <w:t>Explain the tools, software, platforms, or standard operating procedures (SOPs) utilized.</w:t>
      </w:r>
    </w:p>
    <w:p w14:paraId="34E912F1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2.2 Secondary Duties &amp; Special Assignments: </w:t>
      </w:r>
      <w:r w:rsidRPr="00F83554">
        <w:rPr>
          <w:rFonts w:ascii="Times New Roman" w:hAnsi="Times New Roman" w:cs="Times New Roman"/>
          <w:sz w:val="24"/>
          <w:szCs w:val="24"/>
        </w:rPr>
        <w:t>Ad-hoc tasks, cross-departmental collaborations, or assistance provided during company events/projects.</w:t>
      </w:r>
    </w:p>
    <w:p w14:paraId="6C886E6E" w14:textId="77777777" w:rsidR="00B711AB" w:rsidRPr="00F83554" w:rsidRDefault="00B711AB" w:rsidP="00B711AB">
      <w:pPr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>Chapter 3: Cooperative Education Project</w:t>
      </w:r>
    </w:p>
    <w:p w14:paraId="49016BB8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3.1 Rationale &amp; Background of the Project: </w:t>
      </w:r>
      <w:r w:rsidRPr="00F83554">
        <w:rPr>
          <w:rFonts w:ascii="Times New Roman" w:hAnsi="Times New Roman" w:cs="Times New Roman"/>
          <w:sz w:val="24"/>
          <w:szCs w:val="24"/>
        </w:rPr>
        <w:t>Identify the specific problem, process bottleneck, or opportunity identified in the host organization that inspired the project.</w:t>
      </w:r>
    </w:p>
    <w:p w14:paraId="568E5220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3.2 Objectives of the Project: </w:t>
      </w:r>
      <w:r w:rsidRPr="00F83554">
        <w:rPr>
          <w:rFonts w:ascii="Times New Roman" w:hAnsi="Times New Roman" w:cs="Times New Roman"/>
          <w:sz w:val="24"/>
          <w:szCs w:val="24"/>
        </w:rPr>
        <w:t>State SMART goals (Specific, Measurable, Achievable, Relevant, Time-bound) for the project outcomes.</w:t>
      </w:r>
    </w:p>
    <w:p w14:paraId="2CF17F20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>3.3 Methodology &amp; Execution Procedures:</w:t>
      </w:r>
    </w:p>
    <w:p w14:paraId="47A6BEE0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Timeline &amp; Planning: </w:t>
      </w:r>
      <w:r w:rsidRPr="00F83554">
        <w:rPr>
          <w:rFonts w:ascii="Times New Roman" w:hAnsi="Times New Roman" w:cs="Times New Roman"/>
          <w:sz w:val="24"/>
          <w:szCs w:val="24"/>
        </w:rPr>
        <w:t>Step-by-step phases (Problem Identification -&gt; Data Collection -&gt; Design/Implementation -&gt; Testing).</w:t>
      </w:r>
    </w:p>
    <w:p w14:paraId="62F55F74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Execution Details: </w:t>
      </w:r>
      <w:r w:rsidRPr="00F83554">
        <w:rPr>
          <w:rFonts w:ascii="Times New Roman" w:hAnsi="Times New Roman" w:cs="Times New Roman"/>
          <w:sz w:val="24"/>
          <w:szCs w:val="24"/>
        </w:rPr>
        <w:t>Technologies, analytical tools, or frameworks applied.</w:t>
      </w:r>
    </w:p>
    <w:p w14:paraId="7A5BDB4D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3.4 Project Results &amp; Stakeholder Feedback: </w:t>
      </w:r>
      <w:r w:rsidRPr="00F83554">
        <w:rPr>
          <w:rFonts w:ascii="Times New Roman" w:hAnsi="Times New Roman" w:cs="Times New Roman"/>
          <w:sz w:val="24"/>
          <w:szCs w:val="24"/>
        </w:rPr>
        <w:t>Quantitative and qualitative metrics demonstrating project success (e.g., efficiency gain %, cost savings, error reduction) and supervisor/user feedback.</w:t>
      </w:r>
    </w:p>
    <w:p w14:paraId="30F903F9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3.5 Application of Academic Knowledge to the Project: </w:t>
      </w:r>
      <w:r w:rsidRPr="00F83554">
        <w:rPr>
          <w:rFonts w:ascii="Times New Roman" w:hAnsi="Times New Roman" w:cs="Times New Roman"/>
          <w:sz w:val="24"/>
          <w:szCs w:val="24"/>
        </w:rPr>
        <w:t>Map specific theories, models, or coursework concepts directly to project solutions.</w:t>
      </w:r>
    </w:p>
    <w:p w14:paraId="5C1A299E" w14:textId="77777777" w:rsidR="00B711AB" w:rsidRPr="00F83554" w:rsidRDefault="00B711AB" w:rsidP="00B711AB">
      <w:pPr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>Chapter 4: Conclusion &amp; Self-Reflection</w:t>
      </w:r>
    </w:p>
    <w:p w14:paraId="72BB7B25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>4.1 Self-Reflection &amp; Learning Outcomes:</w:t>
      </w:r>
    </w:p>
    <w:p w14:paraId="1D703819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Application of Knowledge: </w:t>
      </w:r>
      <w:r w:rsidRPr="00F83554">
        <w:rPr>
          <w:rFonts w:ascii="Times New Roman" w:hAnsi="Times New Roman" w:cs="Times New Roman"/>
          <w:sz w:val="24"/>
          <w:szCs w:val="24"/>
        </w:rPr>
        <w:t>How general academic concepts were applied across daily tasks.</w:t>
      </w:r>
    </w:p>
    <w:p w14:paraId="7524E215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Knowledge Gained: </w:t>
      </w:r>
      <w:r w:rsidRPr="00F83554">
        <w:rPr>
          <w:rFonts w:ascii="Times New Roman" w:hAnsi="Times New Roman" w:cs="Times New Roman"/>
          <w:sz w:val="24"/>
          <w:szCs w:val="24"/>
        </w:rPr>
        <w:t>Domain-specific expertise and industry insights developed.</w:t>
      </w:r>
    </w:p>
    <w:p w14:paraId="23023904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Application of Skills: </w:t>
      </w:r>
      <w:r w:rsidRPr="00F83554">
        <w:rPr>
          <w:rFonts w:ascii="Times New Roman" w:hAnsi="Times New Roman" w:cs="Times New Roman"/>
          <w:sz w:val="24"/>
          <w:szCs w:val="24"/>
        </w:rPr>
        <w:t>Practical usage of hard skills (coding, data analysis) and soft skills (communication, teamwork).</w:t>
      </w:r>
    </w:p>
    <w:p w14:paraId="27520BD2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Skills Gained: </w:t>
      </w:r>
      <w:r w:rsidRPr="00F83554">
        <w:rPr>
          <w:rFonts w:ascii="Times New Roman" w:hAnsi="Times New Roman" w:cs="Times New Roman"/>
          <w:sz w:val="24"/>
          <w:szCs w:val="24"/>
        </w:rPr>
        <w:t>Technical proficiency acquired and professional competence enhanced.</w:t>
      </w:r>
    </w:p>
    <w:p w14:paraId="119C4811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Challenges &amp; Solutions: </w:t>
      </w:r>
      <w:r w:rsidRPr="00F83554">
        <w:rPr>
          <w:rFonts w:ascii="Times New Roman" w:hAnsi="Times New Roman" w:cs="Times New Roman"/>
          <w:sz w:val="24"/>
          <w:szCs w:val="24"/>
        </w:rPr>
        <w:t>Real examples of obstacles faced during training and the proactive steps taken to resolve them.</w:t>
      </w:r>
    </w:p>
    <w:p w14:paraId="3385604F" w14:textId="77777777" w:rsidR="00B711AB" w:rsidRPr="00F83554" w:rsidRDefault="00B711AB" w:rsidP="00B711AB">
      <w:pPr>
        <w:pStyle w:val="ListBullet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>4.2 Recommendations &amp; Suggestions:</w:t>
      </w:r>
    </w:p>
    <w:p w14:paraId="1ECC9004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For Academic Institution: </w:t>
      </w:r>
      <w:r w:rsidRPr="00F83554">
        <w:rPr>
          <w:rFonts w:ascii="Times New Roman" w:hAnsi="Times New Roman" w:cs="Times New Roman"/>
          <w:sz w:val="24"/>
          <w:szCs w:val="24"/>
        </w:rPr>
        <w:t>Curriculum improvements, preparation workshops, or administrative support.</w:t>
      </w:r>
    </w:p>
    <w:p w14:paraId="28BDB0B6" w14:textId="77777777" w:rsidR="00B711AB" w:rsidRPr="00F83554" w:rsidRDefault="00B711AB" w:rsidP="00B711AB">
      <w:pPr>
        <w:pStyle w:val="ListBullet2"/>
        <w:spacing w:after="40"/>
        <w:ind w:hanging="360"/>
        <w:rPr>
          <w:rFonts w:ascii="Times New Roman" w:hAnsi="Times New Roman" w:cs="Times New Roman"/>
          <w:sz w:val="24"/>
          <w:szCs w:val="24"/>
        </w:rPr>
      </w:pPr>
      <w:r w:rsidRPr="00F83554">
        <w:rPr>
          <w:rFonts w:ascii="Times New Roman" w:hAnsi="Times New Roman" w:cs="Times New Roman"/>
          <w:b/>
          <w:sz w:val="24"/>
          <w:szCs w:val="24"/>
        </w:rPr>
        <w:t xml:space="preserve">For Future Students: </w:t>
      </w:r>
      <w:r w:rsidRPr="00F83554">
        <w:rPr>
          <w:rFonts w:ascii="Times New Roman" w:hAnsi="Times New Roman" w:cs="Times New Roman"/>
          <w:sz w:val="24"/>
          <w:szCs w:val="24"/>
        </w:rPr>
        <w:t>Preparation tips, soft skill building, and strategies for success at the placement organization.</w:t>
      </w:r>
    </w:p>
    <w:p w14:paraId="103105FE" w14:textId="77777777" w:rsidR="00B711AB" w:rsidRPr="00F83554" w:rsidRDefault="00B711AB" w:rsidP="00B711AB">
      <w:r w:rsidRPr="00F83554">
        <w:br w:type="page"/>
      </w:r>
    </w:p>
    <w:p w14:paraId="6BB9CBD6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F2F96C4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A1E860" w14:textId="77777777" w:rsidR="00B711AB" w:rsidRDefault="00B711A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B711AB">
      <w:pgSz w:w="12240" w:h="15840"/>
      <w:pgMar w:top="1440" w:right="1440" w:bottom="1440" w:left="21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CAF2FC5-0AB7-48D0-B0A0-39929E812995}"/>
    <w:embedBold r:id="rId2" w:fontKey="{3603920D-2B47-49B3-A8A2-B5DE5D2C95F6}"/>
    <w:embedItalic r:id="rId3" w:fontKey="{0ABF19EA-4FCF-449D-A2A0-2B5C25776546}"/>
    <w:embedBoldItalic r:id="rId4" w:fontKey="{11E3FDCA-F024-48BC-AF10-55371282F26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813301F-E2EA-4B5B-8BF1-F5ECB2230D2A}"/>
    <w:embedBold r:id="rId6" w:fontKey="{10A4F1D0-CDA5-429A-84C0-FECC22233537}"/>
    <w:embedItalic r:id="rId7" w:fontKey="{9CF71868-CB7C-42CE-8AA3-92CA93B69286}"/>
    <w:embedBoldItalic r:id="rId8" w:fontKey="{974611AA-9AC1-4A6E-ABF1-479CBD7E13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fontKey="{CD4177A5-72A8-4744-8B37-BB6A534DB89B}"/>
    <w:embedBold r:id="rId10" w:fontKey="{842A4B6E-BA49-4F26-B694-91A937727597}"/>
    <w:embedItalic r:id="rId11" w:fontKey="{E616E9C5-35B6-4C72-B5D9-85007AA76E3B}"/>
    <w:embedBoldItalic r:id="rId12" w:fontKey="{7E848EFA-C577-471B-90B9-D148835CA4D2}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3" w:fontKey="{97760B98-8C51-4BE9-B85F-87A9E9D044C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E029F"/>
    <w:multiLevelType w:val="multilevel"/>
    <w:tmpl w:val="678274B6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39836724">
    <w:abstractNumId w:val="0"/>
  </w:num>
  <w:num w:numId="2" w16cid:durableId="2304259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059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31233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79832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14335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29"/>
    <w:rsid w:val="004E241A"/>
    <w:rsid w:val="005604EC"/>
    <w:rsid w:val="007F02A2"/>
    <w:rsid w:val="00850029"/>
    <w:rsid w:val="00AB1949"/>
    <w:rsid w:val="00B711AB"/>
    <w:rsid w:val="00D1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78784"/>
  <w15:docId w15:val="{47C4C254-0A3D-4156-ADA9-5482641A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1">
    <w:name w:val="หัวเรื่อง 1 อักขระ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หัวเรื่อง 2 อักขระ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หัวเรื่อง 3 อักขระ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">
    <w:name w:val="ชื่อเรื่อง อักขระ"/>
    <w:basedOn w:val="DefaultParagraphFont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0">
    <w:name w:val="ชื่อเรื่องรอง อักขระ"/>
    <w:basedOn w:val="DefaultParagraphFon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uiPriority w:val="34"/>
    <w:qFormat/>
    <w:rsid w:val="00FC693F"/>
    <w:pPr>
      <w:ind w:left="720"/>
      <w:contextualSpacing/>
    </w:pPr>
  </w:style>
  <w:style w:type="paragraph" w:styleId="BodyText">
    <w:name w:val="Body Text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4">
    <w:name w:val="หัวเรื่อง 4 อักขระ"/>
    <w:basedOn w:val="DefaultParagraphFont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หัวเรื่อง 5 อักขระ"/>
    <w:basedOn w:val="DefaultParagraphFont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">
    <w:name w:val="หัวเรื่อง 6 อักขระ"/>
    <w:basedOn w:val="DefaultParagraphFont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uiPriority w:val="39"/>
    <w:semiHidden/>
    <w:unhideWhenUsed/>
    <w:qFormat/>
    <w:rsid w:val="00FC693F"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UmlU/ktLrk8w79+N7YWrUmMLoQ==">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860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Thanyalak Kumprom</cp:lastModifiedBy>
  <cp:revision>2</cp:revision>
  <dcterms:created xsi:type="dcterms:W3CDTF">2026-10-12T06:12:00Z</dcterms:created>
  <dcterms:modified xsi:type="dcterms:W3CDTF">2026-10-12T06:12:00Z</dcterms:modified>
</cp:coreProperties>
</file>